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בשירים: 20 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בתבניות לשוניות מרכזיות (הווה, התפעל, משפט סתמי, דרגות השוואה) דרך שירים ישראליים.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נושאי (זהות, מקומות, עבודה, גוף, תרבות) ולהשתמש בו בכתיבה חופשית.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כיצד שיר מבטא רעיון תרבותי או חברתי (שייכות, רב־לשוניות, ישראליות) ולהביע עמדה אישית מנומקת.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מעבר בין רמות לשון (סלנג, לשון תקנית) ולהבין מתי משתמשים בכל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וזהות – אוצר מילים וכינויי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ברכת שלום ובוא בשלום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בהגיית הניקוד בסוף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וזהות – כינויי גוף ופנייה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(פנייה לבן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(פנייה לבת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(פנייה לקבוצת בנות)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(גוף שלישי רבים, זכרים או קבוצה מעורבת)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(שאלה על זהותו של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וזהות – זהות, התאם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דנה. אני תלמידה חרוצה. את תלמידה גם כן? התשובה נבדקת לפי שימוש נכון בכינויי גוף ובהתאם מגדרי.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בעברית שם התואר משתנה לפי מין ומספר של שם העצם; אי התאמה פוגעת בתקינות המשפט ולעיתים משנה את המשמעות.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הכוללת שימוש נכון במילות שאלה כמו מי, מה, איך, ורעיון אישי ברור על זהות.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ארצות, שפות ומקומות – זיהוי וזכירה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נוצרים רוב שמות השפות בעברית, למשל רוסיה-רוסית, ספרד-ספרדית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בעברית ההווה משתנה לפי מין ומספר: גר, גרה, גרים, 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ארצות, שפות ומקומות – מילות יחס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ארצות, שפות ומקומות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ארצות, שפות ומקומות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(צרפתית)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(אמהרית)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יום־יום, לימודים, עבודה וזמן – הכרה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נהגת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מספר סודר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יום־יום, לימודים, עבודה וזמן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יום־יום, לימודים, עבודה וזמן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פועל בבניין התפעל המתאים לפעולת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 יסודי עונה על 'כמה', מספר סודר עונה על 'איזה במקום' – לדוגמה שלוש מול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 משפטים ברצף הגיוני עם מילות הזמן קודם ואחר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אוכל (פעל) ומתקלח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אוכל, שוק ובריאות – היכרות עם אוצר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היא חולה / דני סנדרסון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רופא /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איך את/ה מרגיש/ה?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רגליים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אוכל, שוק ובריאות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אוכל, שוק ובריאות – צורת הזוגי: יחיד או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(יחיד)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ביחד וישראליות – היכרות עם מילים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בעצם, בקיצור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בסדר,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הכי ישראלי / התקווה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לעשות דברים יחד עם מישהו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חיבור בין אנשים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ביחד וישראליות – משפט סתמי ודרגות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ביחד וישראליות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פועל בגוף שלישי רבים, למשל: אוכלים פלאפל בשישי, אומרים שיהיה בסדר – בלי נושא מפורש.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על הקשר השימוש של כל ביטוי ועל הקשר שלו לתרבות הישראלית (אופטימיות, ישירות, חוסר פורמליות).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מחוברת המתייחסת לרעיון השיתוף, הנתינה או הדברים המשותפים מתוך השירים 'מתחת לשמיים' או 'שיר לאהבה'.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אמריקאיות ממגוון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־ית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־ַיִם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משפט בגוף שלישי רבים בלי נושא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תכלס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ומחשבה משלבת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שתי הצורות משתמשות בסיומות נקבה (־ת, ־ית) אך שם המקצוע מתאר תפקיד ואילו התואר מתאר תכונה או שייכות.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המזהה שתי יחידות (למשל היכרות וזמן) ומסבירה את הקשר בין השיר לנושא הלשוני שבו.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אישית הכוללת לפחות שלוש מילות אוצר מילים מיחידות שונות ומשפטים תקינים בהווה.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תופעה כמו הווה, התפעל, זוגי או דרגת השוואה ומצטט דוגמה קצרה מהשיר.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הסתמי בגוף שלישי רבים ללא נושא מפורש, לעומת משפט עם נושא ברור – ההבדל מוסבר בבירור.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 המתייחסת לאוצר המילים או לרעיון מהיחידות (שייכות, רב־תרבותיות, קהילה).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פרק אחד לשיעור, עם האזנה לשיר בתחילת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ניתוח מעמיק יותר של משקל ושורש, ולתלמידים מתקשים להתמקד באוצר המילים ובתבניות הבסיסיות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עבודה בזוגות בתרגילי 'מדברים' ו'ממיינים', ולתת זמן כתיבה אישי למשימות היצירה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בסוף החוברת לשאלות הרפלקציה ולקשר בין הנושאים הלשוניים לנושא הרחב יותר של שייכות וזהות ישראלית.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בשירים: 20 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מילים חדשות, כלל בעברית ותרגילים על שירים שלמדנו. עשו את התרגילים לפי הסדר. בסוף כל פרק כתבו קצת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– אני, אתה, את, הוא,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סתמי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בלי נושא מפורש, הפועל בגוף שלישי רבים – אומרים ש...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התפעל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פועל שמתחילה ב'מִתְ' ומבטאת פעולה שאדם עושה לעצמו – מתקלח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צורת הזוגי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־ַיִם לאיברי גוף או חפצים שבאים בזוג – ידיים, רגליים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דרגת 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שמבטאת יותר או הכי – יותר ישראלי, הכי ישראלי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שמציין מיקום ברצף – ראשון, שני, שלישי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לשוני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שפה – גבוה, תקני או סלנג (למשל: תכלס, סבבה)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ומשקל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בסיס שמהן נגזרות מילים, ותבנית קבועה שמעצבת אותן – כ-ת-ב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שמות ומבטאת מקום/זמן/שייכות – ב, ל, 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הבסיסית – לדבר, לכתוב, לגור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וזהות – אוצר מילים וכינויי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שאלה שואלת מאיזו ארץ מישהו 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המשותפת של מילות הברכה בשני השירים?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ברכת פרידה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ברכת שלום ובוא 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'שלומך' נשמע אחרת כשפונים לבן ולבת, הרי כתוב אותו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שום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בהגיית הניקוד בסוף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במילה 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'הן' כשמדברים על קבוצת 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וזהות – כינויי גוף ופנייה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שלישי רבים, זכרים או קבוצה מעורבת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פנייה לקבוצת בנות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על זהותו של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פנייה לבן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פנייה לבת 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וזהות – זהות, התאם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ובהם מציגים את עצמכם, עם שני כינויי גוף שונים לפחות ושם תואר אחד המתאים למין הדובר או הדוברת.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שורות מדוע חשוב להתאים את שם התואר למין ולמספר של מי שמתואר, למשל 'תלמיד חרוץ' מול 'תלמידה חרוצה'.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בשיר 'אני נשאר אני' יש רעיון של שמירה על זהות אישית. כתבו פסקה קצרה של 3-4 משפטים על מה הופך אתכם ל'אתם עצמכם', תוך שימוש בלפחות שלוש מילות שאלה שונות בתוך השאלות שאתם שואלים את עצמכם.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ארצות, שפות ומקומות – זיהוי וזכירה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שפה נוצר לרוב מתוספת סיומת ־י או ־ית לשם הארץ, כמו צרפת-צרפתית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בהווה משתנה רק לפי זמן ולא לפי מין ומספר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ארצות, שפות ומקומות – מילות יחס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צורות יש לפועל בהווה?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נוצרה מהוספת סיומת שפה לשם 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יחס מתאימה למשפט: 'אני גר ___ רחוב שינקין'?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ארצות, שפות ומקומות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במילה 'רוסית' הסיומת __________ הופכת את שם הארץ לשם השפה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__________ (לגור) ליד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הן __________ (לדבר) שלוש שפות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ארצות, שפות ומקומות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אמהרית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אתיופיה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רוסית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יום־יום, לימודים, עבודה וזמן – הכרה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בניין מתחיל ב'מת' בהווה?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המשותף של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כ-ת-ת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כ-ת-ו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אומרת 'לפני'?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'נהג' בלשון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'שישי' הוא איזה סוג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עשרוני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יום־יום, לימודים, עבודה וזמן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בשעה שבע בבוקר, ואז יוצא ללימודים.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__________ בבוקר לפני שהיא יוצאת לעבודה.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יום חמישי בא יום __________ , ולמחרת שבת.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קודם אני אוכל ארוחת בוקר, __________ אני הולך ללימודים.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יום־יום, לימודים, עבודה וזמן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המתאר את הבוקר שלכם, ושלבו בו פועל בבניין התפעל (למשל: מתקלח, מתלבש).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שורות את ההבדל בין מספר יסודי למספר סודר, והביאו דוגמה אחת מהיחידות (למשל שלוש/שלישי).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שלושה משפטים קצרים על יום לימודים או עבודה טיפוסי, והשתמשו במילים 'קודם' ו'אחר כך'.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משיר מהיחידות שנלמדו פועל אחד בבניין פעל/קל ופועל אחד בבניין התפעל, וכתבו אותם.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אוכל, שוק ובריאות – היכרות עם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השיר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חולה / דני סנדרסון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אצלנו בחצר / נעמי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שישי / בנזין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הכי ישראלי / התקווה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למי שחולה?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עוזר כשחולים?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 /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נהג / 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טבח / טבחית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שואלים על ההרגשה?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את/ה מרגיש/ה?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מאיפה את/ה?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שלומך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'רגל' בשתיים?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אוכל, שוק ובריאות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כואב לי ה__________ אחרי שקראתי הרבה.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שתי __________ ושתי 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__________ היום, לכן היא נשארת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הרופאה נתנה לי __________ נגד הכאב.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כואבות לי ה__________ אחרי הריצה הארוכה.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אוכל, שוק ובריאות – צורת הזוגי: יחיד או 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אוזניים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ביחד וישראליות – היכרות עם מילים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"תכלס"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בעצם, בקיצור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ישראלי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"סבבה"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בסדר,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שיר יש את הביטוי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מתחת לשמיים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לאהבה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הכי ישראלי / התקווה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לעשות דברים בשותפות?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לעשות דברים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לעשות דברים יחד עם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לריב ולהתווכח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מדבר השיר כשאומר "ביחד"?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בדידות וריחוק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בין אנשים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בין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ביחד וישראליות – משפט סתמי ודרגות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בישראל __________ חומוס כמעט בכל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פלאפל הוא ה__________ ישראלי מכל המאכלים, לפי השיר.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סתמי הפועל בא בגוף __________ רבים, בלי לציין מי בדיוק עושה את הפעולה.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בדרגות ההשוואה: ישראלי – יותר ישראלי – __________ ישראלי.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ביחד וישראליות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סתמי אחד על מנהג ישראלי מוכר, בלי לציין מי עושה את הפעולה.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ביטויי סלנג מהיחידה (למשל תכלס, סבבה, יהיה בסדר) והסבירו מתי משתמשים בהם ומה הם מבטאים על ה'ישראליות'.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קצרה: מה, לדעתכם, מחבר בין אנשים שונים לכדי קבוצה אחת שמרגישה 'ביחד'? התבססו על רעיון השיתוף מהשירים שלמדנו.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אמריקאיות ממגוון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בהיכרות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סיומת יוצרת שם 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מציינת סדר פעולות?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הבניין של 'מתקלח'?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הסיומת של צורת זוגי?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המאפיין של משפט סתמי?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עם נושא 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בגוף שלישי רבים בלי נושא 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בלשון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מילה היא נקבה: ראש, בטן, גב או 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מילה היא 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כתיבה ומחשבה משלבת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השוו בין צורת הנקבה של שם מקצוע (כמו 'נהגת') לבין צורת הנקבה של תואר (כמו 'ישראלית'). מה דומה ומה שונה בסיומות?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יחידות מהספר ותארו כיצד כל אחת מהן משתמשת בשיר כדי ללמד נושא לשוני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(4-5 משפטים) המשלבת מילים מלפחות שלוש יחידות שונות (כגון שפה, עבודה, בריאות, ביחד) ומתארת יום בחייכם.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שיר אחד מהיחידות ונסו לזהות בו שתי תופעות לשוניות שלמדתם – הסבירו כל אחת במשפט.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סתמי ומשפט רגיל (עם נושא ברור) על אותו נושא, והסבירו את ההבדל ביניהם.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מהיחידות הכי מייצגת בעיניכם את הנושא של 'ביחד'? נמקו בשתיים-שלוש שורות.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לומדים עברית בשירים: 20 יחידות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